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</w:pPr>
      <w:r>
        <w:rPr>
          <w:b/>
          <w:i w:val="0"/>
          <w:sz w:val="26"/>
        </w:rPr>
        <w:t>АКТ № ______</w:t>
      </w:r>
    </w:p>
    <w:p>
      <w:pPr>
        <w:spacing w:before="0" w:after="40"/>
        <w:jc w:val="center"/>
      </w:pPr>
      <w:r>
        <w:rPr>
          <w:b/>
          <w:i w:val="0"/>
          <w:sz w:val="22"/>
        </w:rPr>
        <w:t>приёма-передачи мебели</w:t>
      </w:r>
    </w:p>
    <w:p>
      <w:pPr>
        <w:spacing w:before="0" w:after="160"/>
        <w:jc w:val="center"/>
      </w:pPr>
      <w:r>
        <w:rPr>
          <w:b w:val="0"/>
          <w:i w:val="0"/>
          <w:sz w:val="19"/>
        </w:rPr>
        <w:t>к договору № ______________ от «____» ______________ 20___ г.</w:t>
      </w:r>
    </w:p>
    <w:tbl>
      <w:tblPr>
        <w:tblW w:type="dxa" w:w="10092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b w:val="0"/>
                <w:i w:val="0"/>
                <w:sz w:val="19"/>
              </w:rPr>
              <w:t>г. ______________________</w:t>
            </w:r>
          </w:p>
        </w:tc>
        <w:tc>
          <w:tcPr>
            <w:tcW w:type="dxa" w:w="5046"/>
          </w:tcPr>
          <w:p>
            <w:pPr>
              <w:jc w:val="right"/>
            </w:pPr>
            <w:r>
              <w:rPr>
                <w:b w:val="0"/>
                <w:i w:val="0"/>
                <w:sz w:val="19"/>
              </w:rPr>
              <w:t>«____» ______________ 20___ г.</w:t>
            </w:r>
          </w:p>
        </w:tc>
      </w:tr>
    </w:tbl>
    <w:p>
      <w:pPr>
        <w:spacing w:before="0" w:after="80"/>
      </w:pPr>
    </w:p>
    <w:p>
      <w:pPr>
        <w:spacing w:before="0" w:after="0"/>
      </w:pPr>
      <w:r>
        <w:rPr>
          <w:b/>
          <w:i w:val="0"/>
          <w:sz w:val="19"/>
        </w:rPr>
        <w:t>Исполнитель (изготовитель):</w:t>
      </w:r>
    </w:p>
    <w:tbl>
      <w:tblPr>
        <w:tblW w:type="dxa" w:w="10092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0092"/>
      </w:tblGrid>
      <w:tr>
        <w:tc>
          <w:tcPr>
            <w:tcW w:type="dxa" w:w="10092"/>
          </w:tcPr>
          <w:p>
            <w:pPr>
              <w:spacing w:lineRule="exact" w:line="32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3"/>
              </w:rPr>
              <w:t>(наименование организации или Ф. И. О. индивидуального предпринимателя, ИНН, ОГРН / ОГРНИП, адрес, телефон)</w:t>
            </w:r>
          </w:p>
          <w:p>
            <w:pPr>
              <w:spacing w:lineRule="exact" w:line="32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3"/>
              </w:rPr>
              <w:t>(в лице: должность, Ф. И. О.; действует на основании)</w:t>
            </w:r>
          </w:p>
        </w:tc>
      </w:tr>
    </w:tbl>
    <w:p>
      <w:pPr>
        <w:spacing w:before="0" w:after="0"/>
      </w:pPr>
      <w:r>
        <w:rPr>
          <w:b/>
          <w:i w:val="0"/>
          <w:sz w:val="19"/>
        </w:rPr>
        <w:t>Заказчик:</w:t>
      </w:r>
    </w:p>
    <w:tbl>
      <w:tblPr>
        <w:tblW w:type="dxa" w:w="10092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0092"/>
      </w:tblGrid>
      <w:tr>
        <w:tc>
          <w:tcPr>
            <w:tcW w:type="dxa" w:w="10092"/>
          </w:tcPr>
          <w:p>
            <w:pPr>
              <w:spacing w:lineRule="exact" w:line="32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3"/>
              </w:rPr>
              <w:t>(Ф. И. О. или наименование организации, телефон)</w:t>
            </w:r>
          </w:p>
        </w:tc>
      </w:tr>
    </w:tbl>
    <w:p>
      <w:pPr>
        <w:spacing w:before="0" w:after="0"/>
      </w:pPr>
      <w:r>
        <w:rPr>
          <w:b/>
          <w:i w:val="0"/>
          <w:sz w:val="19"/>
        </w:rPr>
        <w:t>Адрес доставки и установки:</w:t>
      </w:r>
    </w:p>
    <w:tbl>
      <w:tblPr>
        <w:tblW w:type="dxa" w:w="10092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0092"/>
      </w:tblGrid>
      <w:tr>
        <w:tc>
          <w:tcPr>
            <w:tcW w:type="dxa" w:w="10092"/>
          </w:tcPr>
          <w:p>
            <w:pPr>
              <w:spacing w:lineRule="exact" w:line="32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3"/>
              </w:rPr>
              <w:t>(адрес, этаж, подъезд)</w:t>
            </w:r>
          </w:p>
        </w:tc>
      </w:tr>
    </w:tbl>
    <w:p>
      <w:pPr>
        <w:spacing w:before="120" w:after="80"/>
      </w:pPr>
      <w:r>
        <w:rPr>
          <w:b w:val="0"/>
          <w:i w:val="0"/>
          <w:sz w:val="19"/>
        </w:rPr>
        <w:t>составили настоящий акт о том, что Исполнитель передал, а Заказчик принял следующие изделия:</w:t>
      </w:r>
    </w:p>
    <w:tbl>
      <w:tblPr>
        <w:tblW w:type="dxa" w:w="10092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453"/>
        <w:gridCol w:w="3118"/>
        <w:gridCol w:w="2324"/>
        <w:gridCol w:w="737"/>
        <w:gridCol w:w="963"/>
        <w:gridCol w:w="1304"/>
        <w:gridCol w:w="1190"/>
      </w:tblGrid>
      <w:tr>
        <w:tc>
          <w:tcPr>
            <w:tcW w:type="dxa" w:w="453"/>
            <w:shd w:val="clear" w:color="auto" w:fill="F2F2F2"/>
            <w:vAlign w:val="center"/>
          </w:tcPr>
          <w:p>
            <w:pPr>
              <w:jc w:val="center"/>
            </w:pPr>
            <w:r>
              <w:rPr>
                <w:b/>
                <w:i w:val="0"/>
                <w:sz w:val="14"/>
              </w:rPr>
              <w:t>№</w:t>
            </w:r>
          </w:p>
        </w:tc>
        <w:tc>
          <w:tcPr>
            <w:tcW w:type="dxa" w:w="3118"/>
            <w:shd w:val="clear" w:color="auto" w:fill="F2F2F2"/>
            <w:vAlign w:val="center"/>
          </w:tcPr>
          <w:p>
            <w:pPr>
              <w:jc w:val="center"/>
            </w:pPr>
            <w:r>
              <w:rPr>
                <w:b/>
                <w:i w:val="0"/>
                <w:sz w:val="14"/>
              </w:rPr>
              <w:t>Наименование изделия</w:t>
            </w:r>
          </w:p>
        </w:tc>
        <w:tc>
          <w:tcPr>
            <w:tcW w:type="dxa" w:w="2324"/>
            <w:shd w:val="clear" w:color="auto" w:fill="F2F2F2"/>
            <w:vAlign w:val="center"/>
          </w:tcPr>
          <w:p>
            <w:pPr>
              <w:jc w:val="center"/>
            </w:pPr>
            <w:r>
              <w:rPr>
                <w:b/>
                <w:i w:val="0"/>
                <w:sz w:val="14"/>
              </w:rPr>
              <w:t>Размеры, материал, цвет</w:t>
            </w:r>
          </w:p>
        </w:tc>
        <w:tc>
          <w:tcPr>
            <w:tcW w:type="dxa" w:w="737"/>
            <w:shd w:val="clear" w:color="auto" w:fill="F2F2F2"/>
            <w:vAlign w:val="center"/>
          </w:tcPr>
          <w:p>
            <w:pPr>
              <w:jc w:val="center"/>
            </w:pPr>
            <w:r>
              <w:rPr>
                <w:b/>
                <w:i w:val="0"/>
                <w:sz w:val="14"/>
              </w:rPr>
              <w:t>Кол-во,</w:t>
              <w:br/>
              <w:t>шт</w:t>
            </w:r>
          </w:p>
        </w:tc>
        <w:tc>
          <w:tcPr>
            <w:tcW w:type="dxa" w:w="963"/>
            <w:shd w:val="clear" w:color="auto" w:fill="F2F2F2"/>
            <w:vAlign w:val="center"/>
          </w:tcPr>
          <w:p>
            <w:pPr>
              <w:jc w:val="center"/>
            </w:pPr>
            <w:r>
              <w:rPr>
                <w:b/>
                <w:i w:val="0"/>
                <w:sz w:val="14"/>
              </w:rPr>
              <w:t>Мест</w:t>
              <w:br/>
              <w:t>(упаковок)</w:t>
            </w:r>
          </w:p>
        </w:tc>
        <w:tc>
          <w:tcPr>
            <w:tcW w:type="dxa" w:w="1304"/>
            <w:shd w:val="clear" w:color="auto" w:fill="F2F2F2"/>
            <w:vAlign w:val="center"/>
          </w:tcPr>
          <w:p>
            <w:pPr>
              <w:jc w:val="center"/>
            </w:pPr>
            <w:r>
              <w:rPr>
                <w:b/>
                <w:i w:val="0"/>
                <w:sz w:val="14"/>
              </w:rPr>
              <w:t>Комплект-</w:t>
              <w:br/>
              <w:t>ность</w:t>
              <w:br/>
              <w:t>проверена</w:t>
              <w:br/>
              <w:t>(да / нет)</w:t>
            </w:r>
          </w:p>
        </w:tc>
        <w:tc>
          <w:tcPr>
            <w:tcW w:type="dxa" w:w="1190"/>
            <w:shd w:val="clear" w:color="auto" w:fill="F2F2F2"/>
            <w:vAlign w:val="center"/>
          </w:tcPr>
          <w:p>
            <w:pPr>
              <w:jc w:val="center"/>
            </w:pPr>
            <w:r>
              <w:rPr>
                <w:b/>
                <w:i w:val="0"/>
                <w:sz w:val="14"/>
              </w:rPr>
              <w:t>Замечания</w:t>
            </w:r>
          </w:p>
        </w:tc>
      </w:tr>
      <w:tr>
        <w:trPr>
          <w:trHeight w:val="425" w:hRule="atLeast"/>
        </w:trPr>
        <w:tc>
          <w:tcPr>
            <w:tcW w:type="dxa" w:w="453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1</w:t>
            </w:r>
          </w:p>
        </w:tc>
        <w:tc>
          <w:tcPr>
            <w:tcW w:type="dxa" w:w="3118"/>
            <w:vAlign w:val="center"/>
          </w:tcPr>
          <w:p/>
        </w:tc>
        <w:tc>
          <w:tcPr>
            <w:tcW w:type="dxa" w:w="2324"/>
            <w:vAlign w:val="center"/>
          </w:tcPr>
          <w:p/>
        </w:tc>
        <w:tc>
          <w:tcPr>
            <w:tcW w:type="dxa" w:w="737"/>
            <w:vAlign w:val="center"/>
          </w:tcPr>
          <w:p/>
        </w:tc>
        <w:tc>
          <w:tcPr>
            <w:tcW w:type="dxa" w:w="963"/>
            <w:vAlign w:val="center"/>
          </w:tcPr>
          <w:p/>
        </w:tc>
        <w:tc>
          <w:tcPr>
            <w:tcW w:type="dxa" w:w="1304"/>
            <w:vAlign w:val="center"/>
          </w:tcPr>
          <w:p/>
        </w:tc>
        <w:tc>
          <w:tcPr>
            <w:tcW w:type="dxa" w:w="1190"/>
            <w:vAlign w:val="center"/>
          </w:tcPr>
          <w:p/>
        </w:tc>
      </w:tr>
      <w:tr>
        <w:trPr>
          <w:trHeight w:val="425" w:hRule="atLeast"/>
        </w:trPr>
        <w:tc>
          <w:tcPr>
            <w:tcW w:type="dxa" w:w="453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2</w:t>
            </w:r>
          </w:p>
        </w:tc>
        <w:tc>
          <w:tcPr>
            <w:tcW w:type="dxa" w:w="3118"/>
            <w:vAlign w:val="center"/>
          </w:tcPr>
          <w:p/>
        </w:tc>
        <w:tc>
          <w:tcPr>
            <w:tcW w:type="dxa" w:w="2324"/>
            <w:vAlign w:val="center"/>
          </w:tcPr>
          <w:p/>
        </w:tc>
        <w:tc>
          <w:tcPr>
            <w:tcW w:type="dxa" w:w="737"/>
            <w:vAlign w:val="center"/>
          </w:tcPr>
          <w:p/>
        </w:tc>
        <w:tc>
          <w:tcPr>
            <w:tcW w:type="dxa" w:w="963"/>
            <w:vAlign w:val="center"/>
          </w:tcPr>
          <w:p/>
        </w:tc>
        <w:tc>
          <w:tcPr>
            <w:tcW w:type="dxa" w:w="1304"/>
            <w:vAlign w:val="center"/>
          </w:tcPr>
          <w:p/>
        </w:tc>
        <w:tc>
          <w:tcPr>
            <w:tcW w:type="dxa" w:w="1190"/>
            <w:vAlign w:val="center"/>
          </w:tcPr>
          <w:p/>
        </w:tc>
      </w:tr>
      <w:tr>
        <w:trPr>
          <w:trHeight w:val="425" w:hRule="atLeast"/>
        </w:trPr>
        <w:tc>
          <w:tcPr>
            <w:tcW w:type="dxa" w:w="453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3</w:t>
            </w:r>
          </w:p>
        </w:tc>
        <w:tc>
          <w:tcPr>
            <w:tcW w:type="dxa" w:w="3118"/>
            <w:vAlign w:val="center"/>
          </w:tcPr>
          <w:p/>
        </w:tc>
        <w:tc>
          <w:tcPr>
            <w:tcW w:type="dxa" w:w="2324"/>
            <w:vAlign w:val="center"/>
          </w:tcPr>
          <w:p/>
        </w:tc>
        <w:tc>
          <w:tcPr>
            <w:tcW w:type="dxa" w:w="737"/>
            <w:vAlign w:val="center"/>
          </w:tcPr>
          <w:p/>
        </w:tc>
        <w:tc>
          <w:tcPr>
            <w:tcW w:type="dxa" w:w="963"/>
            <w:vAlign w:val="center"/>
          </w:tcPr>
          <w:p/>
        </w:tc>
        <w:tc>
          <w:tcPr>
            <w:tcW w:type="dxa" w:w="1304"/>
            <w:vAlign w:val="center"/>
          </w:tcPr>
          <w:p/>
        </w:tc>
        <w:tc>
          <w:tcPr>
            <w:tcW w:type="dxa" w:w="1190"/>
            <w:vAlign w:val="center"/>
          </w:tcPr>
          <w:p/>
        </w:tc>
      </w:tr>
      <w:tr>
        <w:trPr>
          <w:trHeight w:val="425" w:hRule="atLeast"/>
        </w:trPr>
        <w:tc>
          <w:tcPr>
            <w:tcW w:type="dxa" w:w="453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4</w:t>
            </w:r>
          </w:p>
        </w:tc>
        <w:tc>
          <w:tcPr>
            <w:tcW w:type="dxa" w:w="3118"/>
            <w:vAlign w:val="center"/>
          </w:tcPr>
          <w:p/>
        </w:tc>
        <w:tc>
          <w:tcPr>
            <w:tcW w:type="dxa" w:w="2324"/>
            <w:vAlign w:val="center"/>
          </w:tcPr>
          <w:p/>
        </w:tc>
        <w:tc>
          <w:tcPr>
            <w:tcW w:type="dxa" w:w="737"/>
            <w:vAlign w:val="center"/>
          </w:tcPr>
          <w:p/>
        </w:tc>
        <w:tc>
          <w:tcPr>
            <w:tcW w:type="dxa" w:w="963"/>
            <w:vAlign w:val="center"/>
          </w:tcPr>
          <w:p/>
        </w:tc>
        <w:tc>
          <w:tcPr>
            <w:tcW w:type="dxa" w:w="1304"/>
            <w:vAlign w:val="center"/>
          </w:tcPr>
          <w:p/>
        </w:tc>
        <w:tc>
          <w:tcPr>
            <w:tcW w:type="dxa" w:w="1190"/>
            <w:vAlign w:val="center"/>
          </w:tcPr>
          <w:p/>
        </w:tc>
      </w:tr>
      <w:tr>
        <w:trPr>
          <w:trHeight w:val="425" w:hRule="atLeast"/>
        </w:trPr>
        <w:tc>
          <w:tcPr>
            <w:tcW w:type="dxa" w:w="453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5</w:t>
            </w:r>
          </w:p>
        </w:tc>
        <w:tc>
          <w:tcPr>
            <w:tcW w:type="dxa" w:w="3118"/>
            <w:vAlign w:val="center"/>
          </w:tcPr>
          <w:p/>
        </w:tc>
        <w:tc>
          <w:tcPr>
            <w:tcW w:type="dxa" w:w="2324"/>
            <w:vAlign w:val="center"/>
          </w:tcPr>
          <w:p/>
        </w:tc>
        <w:tc>
          <w:tcPr>
            <w:tcW w:type="dxa" w:w="737"/>
            <w:vAlign w:val="center"/>
          </w:tcPr>
          <w:p/>
        </w:tc>
        <w:tc>
          <w:tcPr>
            <w:tcW w:type="dxa" w:w="963"/>
            <w:vAlign w:val="center"/>
          </w:tcPr>
          <w:p/>
        </w:tc>
        <w:tc>
          <w:tcPr>
            <w:tcW w:type="dxa" w:w="1304"/>
            <w:vAlign w:val="center"/>
          </w:tcPr>
          <w:p/>
        </w:tc>
        <w:tc>
          <w:tcPr>
            <w:tcW w:type="dxa" w:w="1190"/>
            <w:vAlign w:val="center"/>
          </w:tcPr>
          <w:p/>
        </w:tc>
      </w:tr>
      <w:tr>
        <w:trPr>
          <w:trHeight w:val="425" w:hRule="atLeast"/>
        </w:trPr>
        <w:tc>
          <w:tcPr>
            <w:tcW w:type="dxa" w:w="453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6</w:t>
            </w:r>
          </w:p>
        </w:tc>
        <w:tc>
          <w:tcPr>
            <w:tcW w:type="dxa" w:w="3118"/>
            <w:vAlign w:val="center"/>
          </w:tcPr>
          <w:p/>
        </w:tc>
        <w:tc>
          <w:tcPr>
            <w:tcW w:type="dxa" w:w="2324"/>
            <w:vAlign w:val="center"/>
          </w:tcPr>
          <w:p/>
        </w:tc>
        <w:tc>
          <w:tcPr>
            <w:tcW w:type="dxa" w:w="737"/>
            <w:vAlign w:val="center"/>
          </w:tcPr>
          <w:p/>
        </w:tc>
        <w:tc>
          <w:tcPr>
            <w:tcW w:type="dxa" w:w="963"/>
            <w:vAlign w:val="center"/>
          </w:tcPr>
          <w:p/>
        </w:tc>
        <w:tc>
          <w:tcPr>
            <w:tcW w:type="dxa" w:w="1304"/>
            <w:vAlign w:val="center"/>
          </w:tcPr>
          <w:p/>
        </w:tc>
        <w:tc>
          <w:tcPr>
            <w:tcW w:type="dxa" w:w="1190"/>
            <w:vAlign w:val="center"/>
          </w:tcPr>
          <w:p/>
        </w:tc>
      </w:tr>
      <w:tr>
        <w:trPr>
          <w:trHeight w:val="425" w:hRule="atLeast"/>
        </w:trPr>
        <w:tc>
          <w:tcPr>
            <w:tcW w:type="dxa" w:w="453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7</w:t>
            </w:r>
          </w:p>
        </w:tc>
        <w:tc>
          <w:tcPr>
            <w:tcW w:type="dxa" w:w="3118"/>
            <w:vAlign w:val="center"/>
          </w:tcPr>
          <w:p/>
        </w:tc>
        <w:tc>
          <w:tcPr>
            <w:tcW w:type="dxa" w:w="2324"/>
            <w:vAlign w:val="center"/>
          </w:tcPr>
          <w:p/>
        </w:tc>
        <w:tc>
          <w:tcPr>
            <w:tcW w:type="dxa" w:w="737"/>
            <w:vAlign w:val="center"/>
          </w:tcPr>
          <w:p/>
        </w:tc>
        <w:tc>
          <w:tcPr>
            <w:tcW w:type="dxa" w:w="963"/>
            <w:vAlign w:val="center"/>
          </w:tcPr>
          <w:p/>
        </w:tc>
        <w:tc>
          <w:tcPr>
            <w:tcW w:type="dxa" w:w="1304"/>
            <w:vAlign w:val="center"/>
          </w:tcPr>
          <w:p/>
        </w:tc>
        <w:tc>
          <w:tcPr>
            <w:tcW w:type="dxa" w:w="1190"/>
            <w:vAlign w:val="center"/>
          </w:tcPr>
          <w:p/>
        </w:tc>
      </w:tr>
      <w:tr>
        <w:trPr>
          <w:trHeight w:val="396" w:hRule="atLeast"/>
        </w:trPr>
        <w:tc>
          <w:tcPr>
            <w:tcW w:type="dxa" w:w="5896"/>
            <w:gridSpan w:val="3"/>
          </w:tcPr>
          <w:p>
            <w:pPr>
              <w:jc w:val="right"/>
            </w:pPr>
            <w:r>
              <w:rPr>
                <w:b/>
                <w:i w:val="0"/>
                <w:sz w:val="17"/>
              </w:rPr>
              <w:t>Итого</w:t>
            </w:r>
          </w:p>
        </w:tc>
        <w:tc>
          <w:tcPr>
            <w:tcW w:type="dxa" w:w="737"/>
          </w:tcPr>
          <w:p/>
        </w:tc>
        <w:tc>
          <w:tcPr>
            <w:tcW w:type="dxa" w:w="963"/>
          </w:tcPr>
          <w:p/>
        </w:tc>
        <w:tc>
          <w:tcPr>
            <w:tcW w:type="dxa" w:w="1304"/>
          </w:tcPr>
          <w:p/>
        </w:tc>
        <w:tc>
          <w:tcPr>
            <w:tcW w:type="dxa" w:w="1190"/>
          </w:tcPr>
          <w:p/>
        </w:tc>
      </w:tr>
    </w:tbl>
    <w:p>
      <w:pPr>
        <w:spacing w:before="100" w:after="20"/>
      </w:pPr>
      <w:r>
        <w:rPr>
          <w:b/>
          <w:i w:val="0"/>
          <w:sz w:val="19"/>
        </w:rPr>
        <w:t xml:space="preserve">Сборка и установка:  </w:t>
      </w:r>
      <w:r>
        <w:rPr>
          <w:b w:val="0"/>
          <w:i w:val="0"/>
          <w:sz w:val="20"/>
        </w:rPr>
        <w:t xml:space="preserve">□ </w:t>
      </w:r>
      <w:r>
        <w:rPr>
          <w:b w:val="0"/>
          <w:i w:val="0"/>
          <w:sz w:val="18"/>
        </w:rPr>
        <w:t xml:space="preserve">выполнены Исполнителем    </w:t>
      </w:r>
      <w:r>
        <w:rPr>
          <w:b w:val="0"/>
          <w:i w:val="0"/>
          <w:sz w:val="20"/>
        </w:rPr>
        <w:t xml:space="preserve">□ </w:t>
      </w:r>
      <w:r>
        <w:rPr>
          <w:b w:val="0"/>
          <w:i w:val="0"/>
          <w:sz w:val="18"/>
        </w:rPr>
        <w:t xml:space="preserve">не выполнялись — передано в упаковке    </w:t>
      </w:r>
    </w:p>
    <w:p>
      <w:pPr>
        <w:spacing w:before="100" w:after="20"/>
      </w:pPr>
      <w:r>
        <w:rPr>
          <w:b/>
          <w:i w:val="0"/>
          <w:sz w:val="19"/>
        </w:rPr>
        <w:t xml:space="preserve">Количество и комплектность:  </w:t>
      </w:r>
      <w:r>
        <w:rPr>
          <w:b w:val="0"/>
          <w:i w:val="0"/>
          <w:sz w:val="20"/>
        </w:rPr>
        <w:t xml:space="preserve">□ </w:t>
      </w:r>
      <w:r>
        <w:rPr>
          <w:b w:val="0"/>
          <w:i w:val="0"/>
          <w:sz w:val="18"/>
        </w:rPr>
        <w:t xml:space="preserve">соответствуют договору    </w:t>
      </w:r>
      <w:r>
        <w:rPr>
          <w:b w:val="0"/>
          <w:i w:val="0"/>
          <w:sz w:val="20"/>
        </w:rPr>
        <w:t xml:space="preserve">□ </w:t>
      </w:r>
      <w:r>
        <w:rPr>
          <w:b w:val="0"/>
          <w:i w:val="0"/>
          <w:sz w:val="18"/>
        </w:rPr>
        <w:t xml:space="preserve">не соответствуют:    </w:t>
      </w:r>
    </w:p>
    <w:tbl>
      <w:tblPr>
        <w:tblW w:type="dxa" w:w="10092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0092"/>
      </w:tblGrid>
      <w:tr>
        <w:tc>
          <w:tcPr>
            <w:tcW w:type="dxa" w:w="10092"/>
          </w:tcPr>
          <w:p>
            <w:pPr>
              <w:spacing w:lineRule="exact" w:line="30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3"/>
              </w:rPr>
              <w:t>(чего не хватает, что пересортировано)</w:t>
            </w:r>
          </w:p>
        </w:tc>
      </w:tr>
    </w:tbl>
    <w:p>
      <w:pPr>
        <w:spacing w:before="100" w:after="20"/>
      </w:pPr>
      <w:r>
        <w:rPr>
          <w:b/>
          <w:i w:val="0"/>
          <w:sz w:val="19"/>
        </w:rPr>
        <w:t xml:space="preserve">Видимые недостатки при осмотре:  </w:t>
      </w:r>
      <w:r>
        <w:rPr>
          <w:b w:val="0"/>
          <w:i w:val="0"/>
          <w:sz w:val="20"/>
        </w:rPr>
        <w:t xml:space="preserve">□ </w:t>
      </w:r>
      <w:r>
        <w:rPr>
          <w:b w:val="0"/>
          <w:i w:val="0"/>
          <w:sz w:val="18"/>
        </w:rPr>
        <w:t xml:space="preserve">не обнаружены    </w:t>
      </w:r>
      <w:r>
        <w:rPr>
          <w:b w:val="0"/>
          <w:i w:val="0"/>
          <w:sz w:val="20"/>
        </w:rPr>
        <w:t xml:space="preserve">□ </w:t>
      </w:r>
      <w:r>
        <w:rPr>
          <w:b w:val="0"/>
          <w:i w:val="0"/>
          <w:sz w:val="18"/>
        </w:rPr>
        <w:t xml:space="preserve">обнаружены:    </w:t>
      </w:r>
    </w:p>
    <w:tbl>
      <w:tblPr>
        <w:tblW w:type="dxa" w:w="10092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0092"/>
      </w:tblGrid>
      <w:tr>
        <w:tc>
          <w:tcPr>
            <w:tcW w:type="dxa" w:w="10092"/>
          </w:tcPr>
          <w:p>
            <w:pPr>
              <w:spacing w:lineRule="exact" w:line="30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3"/>
              </w:rPr>
              <w:t>(какие изделия, какие недостатки: сколы, царапины, перекос фасадов, зазоры, цвет не тот)</w:t>
            </w:r>
          </w:p>
        </w:tc>
      </w:tr>
    </w:tbl>
    <w:p>
      <w:pPr>
        <w:spacing w:before="100" w:after="20"/>
      </w:pPr>
      <w:r>
        <w:rPr>
          <w:b/>
          <w:i w:val="0"/>
          <w:sz w:val="19"/>
        </w:rPr>
        <w:t xml:space="preserve">Переданы документы:  </w:t>
      </w:r>
      <w:r>
        <w:rPr>
          <w:b w:val="0"/>
          <w:i w:val="0"/>
          <w:sz w:val="20"/>
        </w:rPr>
        <w:t xml:space="preserve">□ </w:t>
      </w:r>
      <w:r>
        <w:rPr>
          <w:b w:val="0"/>
          <w:i w:val="0"/>
          <w:sz w:val="18"/>
        </w:rPr>
        <w:t xml:space="preserve">инструкция по сборке и уходу    </w:t>
      </w:r>
      <w:r>
        <w:rPr>
          <w:b w:val="0"/>
          <w:i w:val="0"/>
          <w:sz w:val="20"/>
        </w:rPr>
        <w:t xml:space="preserve">□ </w:t>
      </w:r>
      <w:r>
        <w:rPr>
          <w:b w:val="0"/>
          <w:i w:val="0"/>
          <w:sz w:val="18"/>
        </w:rPr>
        <w:t xml:space="preserve">гарантийный талон    </w:t>
      </w:r>
      <w:r>
        <w:rPr>
          <w:b w:val="0"/>
          <w:i w:val="0"/>
          <w:sz w:val="20"/>
        </w:rPr>
        <w:t xml:space="preserve">□ </w:t>
      </w:r>
      <w:r>
        <w:rPr>
          <w:b w:val="0"/>
          <w:i w:val="0"/>
          <w:sz w:val="18"/>
        </w:rPr>
        <w:t xml:space="preserve">другое: ____________    </w:t>
      </w:r>
    </w:p>
    <w:p>
      <w:pPr>
        <w:spacing w:before="120" w:after="20"/>
      </w:pPr>
      <w:r>
        <w:rPr>
          <w:b/>
          <w:i w:val="0"/>
          <w:sz w:val="19"/>
        </w:rPr>
        <w:t xml:space="preserve">Претензии Заказчика по количеству, комплектности и внешнему виду изделий:  </w:t>
      </w:r>
      <w:r>
        <w:rPr>
          <w:b w:val="0"/>
          <w:i w:val="0"/>
          <w:sz w:val="20"/>
        </w:rPr>
        <w:t xml:space="preserve">□ </w:t>
      </w:r>
      <w:r>
        <w:rPr>
          <w:b w:val="0"/>
          <w:i w:val="0"/>
          <w:sz w:val="18"/>
        </w:rPr>
        <w:t xml:space="preserve">не имею    </w:t>
      </w:r>
      <w:r>
        <w:rPr>
          <w:b w:val="0"/>
          <w:i w:val="0"/>
          <w:sz w:val="20"/>
        </w:rPr>
        <w:t xml:space="preserve">□ </w:t>
      </w:r>
      <w:r>
        <w:rPr>
          <w:b w:val="0"/>
          <w:i w:val="0"/>
          <w:sz w:val="18"/>
        </w:rPr>
        <w:t xml:space="preserve">имею (указаны выше)    </w:t>
      </w:r>
    </w:p>
    <w:p>
      <w:pPr>
        <w:spacing w:before="120" w:after="200"/>
        <w:jc w:val="both"/>
      </w:pPr>
      <w:r>
        <w:rPr>
          <w:b w:val="0"/>
          <w:i w:val="0"/>
          <w:sz w:val="17"/>
        </w:rPr>
        <w:t>Изделия осмотрены Заказчиком в присутствии Исполнителя. Недостатки, которые нельзя было обнаружить при обычном осмотре (скрытые), Заказчик сообщает Исполнителю в разумный срок после их обнаружения. Акт составлен в двух экземплярах, по одному для каждой стороны.</w:t>
      </w:r>
    </w:p>
    <w:tbl>
      <w:tblPr>
        <w:tblW w:type="dxa" w:w="10092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b/>
                <w:i w:val="0"/>
                <w:sz w:val="19"/>
              </w:rPr>
              <w:t>Передал — Исполнитель</w:t>
            </w:r>
          </w:p>
          <w:p>
            <w:pPr>
              <w:spacing w:lineRule="exact" w:line="48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3"/>
              </w:rPr>
              <w:t>(должность, подпись, расшифровка подписи)</w:t>
            </w:r>
          </w:p>
          <w:p>
            <w:pPr>
              <w:spacing w:before="80"/>
            </w:pPr>
            <w:r>
              <w:rPr>
                <w:b w:val="0"/>
                <w:i w:val="0"/>
                <w:sz w:val="16"/>
              </w:rPr>
              <w:t>М. П. (при наличии)</w:t>
            </w:r>
          </w:p>
        </w:tc>
        <w:tc>
          <w:tcPr>
            <w:tcW w:type="dxa" w:w="5046"/>
          </w:tcPr>
          <w:p>
            <w:r>
              <w:rPr>
                <w:b/>
                <w:i w:val="0"/>
                <w:sz w:val="19"/>
              </w:rPr>
              <w:t>Принял — Заказчик</w:t>
            </w:r>
          </w:p>
          <w:p>
            <w:pPr>
              <w:spacing w:lineRule="exact" w:line="48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3"/>
              </w:rPr>
              <w:t>(подпись, расшифровка подписи)</w:t>
            </w:r>
          </w:p>
          <w:p>
            <w:pPr>
              <w:spacing w:before="80"/>
            </w:pPr>
            <w:r>
              <w:rPr>
                <w:b w:val="0"/>
                <w:i w:val="0"/>
                <w:sz w:val="16"/>
              </w:rPr>
              <w:t xml:space="preserve"> </w:t>
            </w:r>
          </w:p>
        </w:tc>
      </w:tr>
    </w:tbl>
    <w:sectPr w:rsidR="00FC693F" w:rsidRPr="0006063C" w:rsidSect="00034616">
      <w:pgSz w:w="11906" w:h="16838"/>
      <w:pgMar w:top="794" w:right="794" w:bottom="680" w:left="1020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Arial" w:hAnsi="Arial" w:cs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Мой Цех — tsehos.ru</dc:creator>
  <cp:keywords/>
  <dc:description>generated by python-docx</dc:description>
  <cp:lastModifiedBy>Мой Цех — tsehos.ru</cp:lastModifiedBy>
  <cp:revision>1</cp:revision>
  <dcterms:created xsi:type="dcterms:W3CDTF">2013-12-23T23:15:00Z</dcterms:created>
  <dcterms:modified xsi:type="dcterms:W3CDTF">2013-12-23T23:15:00Z</dcterms:modified>
  <cp:category/>
</cp:coreProperties>
</file>